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AA49D" w14:textId="54C544CD" w:rsidR="000807AF" w:rsidRPr="00A837BE" w:rsidRDefault="00000000">
      <w:pPr>
        <w:rPr>
          <w:lang w:val="nb-NO"/>
        </w:rPr>
      </w:pPr>
      <w:r w:rsidRPr="00A837BE">
        <w:rPr>
          <w:b/>
          <w:sz w:val="40"/>
          <w:lang w:val="nb-NO"/>
        </w:rPr>
        <w:t xml:space="preserve">HUSKELISTE FOR </w:t>
      </w:r>
      <w:r w:rsidR="000042B3" w:rsidRPr="00A837BE">
        <w:rPr>
          <w:b/>
          <w:sz w:val="40"/>
          <w:lang w:val="nb-NO"/>
        </w:rPr>
        <w:t>KLASSE</w:t>
      </w:r>
      <w:r w:rsidRPr="00A837BE">
        <w:rPr>
          <w:b/>
          <w:sz w:val="40"/>
          <w:lang w:val="nb-NO"/>
        </w:rPr>
        <w:t>KONTAKTER</w:t>
      </w:r>
    </w:p>
    <w:p w14:paraId="405535CB" w14:textId="7A83D8D2" w:rsidR="000807AF" w:rsidRPr="00FF3EF3" w:rsidRDefault="000042B3">
      <w:pPr>
        <w:rPr>
          <w:lang w:val="nb-NO"/>
        </w:rPr>
      </w:pPr>
      <w:r w:rsidRPr="000042B3">
        <w:rPr>
          <w:lang w:val="nb-NO"/>
        </w:rPr>
        <w:t>K</w:t>
      </w:r>
      <w:r>
        <w:rPr>
          <w:lang w:val="nb-NO"/>
        </w:rPr>
        <w:t>lasse</w:t>
      </w:r>
      <w:r w:rsidRPr="000042B3">
        <w:rPr>
          <w:lang w:val="nb-NO"/>
        </w:rPr>
        <w:t xml:space="preserve">kontaktene er bindeleddet mellom foreldrene på trinnet, kontaktlærer og FAU. </w:t>
      </w:r>
      <w:r w:rsidRPr="00FF3EF3">
        <w:rPr>
          <w:lang w:val="nb-NO"/>
        </w:rPr>
        <w:t>Denne huskelisten skal gjøre vervet forutsigbart og overkommelig, og sikre at trinnene jobber mest mulig likt. Listen er ment å følge trinnet videre: legg til egne tips underveis og send den til neste års foreldrekontakter.</w:t>
      </w:r>
    </w:p>
    <w:p w14:paraId="1FFD7DF8" w14:textId="77777777" w:rsidR="000807AF" w:rsidRDefault="00000000">
      <w:pPr>
        <w:pStyle w:val="Overskrift1"/>
      </w:pPr>
      <w:r>
        <w:rPr>
          <w:color w:val="1F3864"/>
        </w:rPr>
        <w:t xml:space="preserve">1. </w:t>
      </w:r>
      <w:proofErr w:type="spellStart"/>
      <w:r>
        <w:rPr>
          <w:color w:val="1F3864"/>
        </w:rPr>
        <w:t>Oppstart</w:t>
      </w:r>
      <w:proofErr w:type="spellEnd"/>
      <w:r>
        <w:rPr>
          <w:color w:val="1F3864"/>
        </w:rPr>
        <w:t xml:space="preserve"> av </w:t>
      </w:r>
      <w:proofErr w:type="spellStart"/>
      <w:r>
        <w:rPr>
          <w:color w:val="1F3864"/>
        </w:rPr>
        <w:t>skoleåret</w:t>
      </w:r>
      <w:proofErr w:type="spellEnd"/>
    </w:p>
    <w:p w14:paraId="5AD66909" w14:textId="0E65294B" w:rsidR="000807AF" w:rsidRPr="00FF3EF3" w:rsidRDefault="00000000">
      <w:pPr>
        <w:pStyle w:val="Punktliste"/>
        <w:rPr>
          <w:lang w:val="nb-NO"/>
        </w:rPr>
      </w:pPr>
      <w:r w:rsidRPr="00FF3EF3">
        <w:rPr>
          <w:lang w:val="nb-NO"/>
        </w:rPr>
        <w:t xml:space="preserve">Inviter med minst én av fjorårets </w:t>
      </w:r>
      <w:r w:rsidR="000042B3">
        <w:rPr>
          <w:lang w:val="nb-NO"/>
        </w:rPr>
        <w:t>klasse</w:t>
      </w:r>
      <w:r w:rsidRPr="00FF3EF3">
        <w:rPr>
          <w:lang w:val="nb-NO"/>
        </w:rPr>
        <w:t>kontakter til møtet med lærerne før første foreldremøte. Da er det lettere å finne ut hva som ble gjort forrige skoleår.</w:t>
      </w:r>
    </w:p>
    <w:p w14:paraId="6E886538" w14:textId="77777777" w:rsidR="000807AF" w:rsidRPr="00FF3EF3" w:rsidRDefault="00000000">
      <w:pPr>
        <w:pStyle w:val="Punktliste"/>
        <w:rPr>
          <w:lang w:val="nb-NO"/>
        </w:rPr>
      </w:pPr>
      <w:r w:rsidRPr="00FF3EF3">
        <w:rPr>
          <w:lang w:val="nb-NO"/>
        </w:rPr>
        <w:t>Be om tid til en egen «foreldredel» på foreldremøtet.</w:t>
      </w:r>
    </w:p>
    <w:p w14:paraId="01A00537" w14:textId="45A7005D" w:rsidR="000807AF" w:rsidRPr="000042B3" w:rsidRDefault="00000000" w:rsidP="000042B3">
      <w:pPr>
        <w:pStyle w:val="Punktliste"/>
        <w:rPr>
          <w:lang w:val="nb-NO"/>
        </w:rPr>
      </w:pPr>
      <w:r w:rsidRPr="00FF3EF3">
        <w:rPr>
          <w:lang w:val="nb-NO"/>
        </w:rPr>
        <w:t xml:space="preserve">Send ut påminnelse om klassekonto og </w:t>
      </w:r>
      <w:proofErr w:type="spellStart"/>
      <w:r w:rsidRPr="00FF3EF3">
        <w:rPr>
          <w:lang w:val="nb-NO"/>
        </w:rPr>
        <w:t>Spond</w:t>
      </w:r>
      <w:proofErr w:type="spellEnd"/>
      <w:r w:rsidRPr="00FF3EF3">
        <w:rPr>
          <w:lang w:val="nb-NO"/>
        </w:rPr>
        <w:t>-gruppe / klassens informasjonskanal via lærerne om høsten. Særlig viktig hvis det har kommet nye elever.</w:t>
      </w:r>
      <w:r w:rsidR="000042B3">
        <w:rPr>
          <w:lang w:val="nb-NO"/>
        </w:rPr>
        <w:t xml:space="preserve"> Alle klasser kan ha en klassekonto, men det er frivillig å gi. FAU anbefaler å gi 100 kr. pr år. Pengene kan brukes på julelunsj, julegrøt, aktiviteter, sommerhilsen til læreren og lign. </w:t>
      </w:r>
    </w:p>
    <w:p w14:paraId="72F4C9CC" w14:textId="77777777" w:rsidR="000807AF" w:rsidRPr="00FF3EF3" w:rsidRDefault="00000000">
      <w:pPr>
        <w:pStyle w:val="Overskrift1"/>
        <w:rPr>
          <w:lang w:val="nb-NO"/>
        </w:rPr>
      </w:pPr>
      <w:r w:rsidRPr="00FF3EF3">
        <w:rPr>
          <w:color w:val="1F3864"/>
          <w:lang w:val="nb-NO"/>
        </w:rPr>
        <w:t>2. På første foreldremøte</w:t>
      </w:r>
    </w:p>
    <w:p w14:paraId="33EE8781" w14:textId="77777777" w:rsidR="000807AF" w:rsidRPr="00FF3EF3" w:rsidRDefault="00000000">
      <w:pPr>
        <w:rPr>
          <w:lang w:val="nb-NO"/>
        </w:rPr>
      </w:pPr>
      <w:r w:rsidRPr="00FF3EF3">
        <w:rPr>
          <w:lang w:val="nb-NO"/>
        </w:rPr>
        <w:t>Følgende bør avklares:</w:t>
      </w:r>
    </w:p>
    <w:p w14:paraId="60D1308F" w14:textId="74FAF646" w:rsidR="000807AF" w:rsidRPr="00C93463" w:rsidRDefault="00000000" w:rsidP="00C93463">
      <w:pPr>
        <w:pStyle w:val="Punktliste"/>
        <w:rPr>
          <w:lang w:val="nb-NO"/>
        </w:rPr>
      </w:pPr>
      <w:r w:rsidRPr="00FF3EF3">
        <w:rPr>
          <w:lang w:val="nb-NO"/>
        </w:rPr>
        <w:t>Velg</w:t>
      </w:r>
      <w:r w:rsidR="000042B3">
        <w:rPr>
          <w:lang w:val="nb-NO"/>
        </w:rPr>
        <w:t xml:space="preserve"> klasse</w:t>
      </w:r>
      <w:r w:rsidRPr="00FF3EF3">
        <w:rPr>
          <w:lang w:val="nb-NO"/>
        </w:rPr>
        <w:t>kontakter for kommende skoleår.</w:t>
      </w:r>
      <w:r w:rsidR="000042B3">
        <w:rPr>
          <w:lang w:val="nb-NO"/>
        </w:rPr>
        <w:t xml:space="preserve"> Det velges 2 klassekontakter og 2 vara første skoleår. Klassekontaktene sitter for 1 år om gangen, vara blir klassekontakt året e</w:t>
      </w:r>
      <w:r w:rsidR="00A83FB7">
        <w:rPr>
          <w:lang w:val="nb-NO"/>
        </w:rPr>
        <w:t>tt</w:t>
      </w:r>
      <w:r w:rsidR="000042B3">
        <w:rPr>
          <w:lang w:val="nb-NO"/>
        </w:rPr>
        <w:t xml:space="preserve">er.  </w:t>
      </w:r>
      <w:r w:rsidR="00C93463">
        <w:rPr>
          <w:lang w:val="nb-NO"/>
        </w:rPr>
        <w:t xml:space="preserve">Neste år velges der 2 nye vara. </w:t>
      </w:r>
    </w:p>
    <w:p w14:paraId="6F931579" w14:textId="5AC6BF3C" w:rsidR="00FF3EF3" w:rsidRPr="00FF3EF3" w:rsidRDefault="00FF3EF3">
      <w:pPr>
        <w:pStyle w:val="Punktliste"/>
        <w:rPr>
          <w:lang w:val="nb-NO"/>
        </w:rPr>
      </w:pPr>
      <w:r>
        <w:rPr>
          <w:lang w:val="nb-NO"/>
        </w:rPr>
        <w:t>Foreldrekontakt skriver referat</w:t>
      </w:r>
      <w:r w:rsidR="000042B3">
        <w:rPr>
          <w:lang w:val="nb-NO"/>
        </w:rPr>
        <w:t xml:space="preserve"> for alle foreldremøter og deler det via klassens informasjonskanal, evt. via </w:t>
      </w:r>
      <w:proofErr w:type="spellStart"/>
      <w:r w:rsidR="000042B3">
        <w:rPr>
          <w:lang w:val="nb-NO"/>
        </w:rPr>
        <w:t>lærene</w:t>
      </w:r>
      <w:proofErr w:type="spellEnd"/>
      <w:r w:rsidR="00A83FB7">
        <w:rPr>
          <w:lang w:val="nb-NO"/>
        </w:rPr>
        <w:t>.</w:t>
      </w:r>
    </w:p>
    <w:p w14:paraId="5440CFD7" w14:textId="77777777" w:rsidR="000807AF" w:rsidRDefault="00000000">
      <w:pPr>
        <w:pStyle w:val="Punktliste"/>
        <w:rPr>
          <w:lang w:val="nb-NO"/>
        </w:rPr>
      </w:pPr>
      <w:r w:rsidRPr="00FF3EF3">
        <w:rPr>
          <w:lang w:val="nb-NO"/>
        </w:rPr>
        <w:t>Sett anbefalinger for gaver, og gjerne retningslinjer for bursdagsselskap.</w:t>
      </w:r>
    </w:p>
    <w:p w14:paraId="5C2E80ED" w14:textId="6F19CA31" w:rsidR="000042B3" w:rsidRPr="00FF3EF3" w:rsidRDefault="000042B3" w:rsidP="000042B3">
      <w:pPr>
        <w:pStyle w:val="Punktliste"/>
        <w:tabs>
          <w:tab w:val="clear" w:pos="360"/>
          <w:tab w:val="num" w:pos="720"/>
        </w:tabs>
        <w:ind w:left="720"/>
        <w:rPr>
          <w:lang w:val="nb-NO"/>
        </w:rPr>
      </w:pPr>
      <w:r>
        <w:rPr>
          <w:lang w:val="nb-NO"/>
        </w:rPr>
        <w:t xml:space="preserve">FAU </w:t>
      </w:r>
      <w:r w:rsidR="00C93463">
        <w:rPr>
          <w:lang w:val="nb-NO"/>
        </w:rPr>
        <w:t>anbefaler fellesgave med verdi 250 kr.</w:t>
      </w:r>
    </w:p>
    <w:p w14:paraId="1C55C361" w14:textId="642CF31B" w:rsidR="000807AF" w:rsidRDefault="00C93463" w:rsidP="00C93463">
      <w:pPr>
        <w:pStyle w:val="Punktliste"/>
        <w:rPr>
          <w:lang w:val="nb-NO"/>
        </w:rPr>
      </w:pPr>
      <w:r>
        <w:rPr>
          <w:lang w:val="nb-NO"/>
        </w:rPr>
        <w:t xml:space="preserve">Planlegg i god tid og gjerne fordel oppgave allerede nå </w:t>
      </w:r>
      <w:r w:rsidR="00A83FB7">
        <w:rPr>
          <w:lang w:val="nb-NO"/>
        </w:rPr>
        <w:t>for</w:t>
      </w:r>
      <w:r>
        <w:rPr>
          <w:lang w:val="nb-NO"/>
        </w:rPr>
        <w:t xml:space="preserve"> hvem som kan være med på </w:t>
      </w:r>
      <w:proofErr w:type="spellStart"/>
      <w:r>
        <w:rPr>
          <w:lang w:val="nb-NO"/>
        </w:rPr>
        <w:t>lesevake</w:t>
      </w:r>
      <w:proofErr w:type="spellEnd"/>
      <w:r>
        <w:rPr>
          <w:lang w:val="nb-NO"/>
        </w:rPr>
        <w:t xml:space="preserve">, julegrøt, tur og lign. </w:t>
      </w:r>
    </w:p>
    <w:p w14:paraId="412EC249" w14:textId="2B1DDCF8" w:rsidR="00E05078" w:rsidRPr="00FF3EF3" w:rsidRDefault="00E05078" w:rsidP="00C93463">
      <w:pPr>
        <w:pStyle w:val="Punktliste"/>
        <w:rPr>
          <w:lang w:val="nb-NO"/>
        </w:rPr>
      </w:pPr>
      <w:r>
        <w:rPr>
          <w:lang w:val="nb-NO"/>
        </w:rPr>
        <w:t>Vennegrupper kan være en fin måte å bli kjent med nye – ta gjerne opp om det er aktuelt for trinnet</w:t>
      </w:r>
    </w:p>
    <w:p w14:paraId="213533A3" w14:textId="77777777" w:rsidR="000807AF" w:rsidRPr="00FF3EF3" w:rsidRDefault="00000000">
      <w:pPr>
        <w:pStyle w:val="Punktliste"/>
        <w:rPr>
          <w:lang w:val="nb-NO"/>
        </w:rPr>
      </w:pPr>
      <w:r w:rsidRPr="00FF3EF3">
        <w:rPr>
          <w:lang w:val="nb-NO"/>
        </w:rPr>
        <w:t>Ta opp bruk av mobil og sosiale medier hvert år, og prøv å bli enige om noen felles retningslinjer for trinnet (se punkt 6).</w:t>
      </w:r>
    </w:p>
    <w:p w14:paraId="110AAE10" w14:textId="77777777" w:rsidR="000807AF" w:rsidRPr="00FF3EF3" w:rsidRDefault="00000000">
      <w:pPr>
        <w:pStyle w:val="Punktliste"/>
        <w:rPr>
          <w:lang w:val="nb-NO"/>
        </w:rPr>
      </w:pPr>
      <w:r w:rsidRPr="00FF3EF3">
        <w:rPr>
          <w:lang w:val="nb-NO"/>
        </w:rPr>
        <w:t>6. trinn: velg representanter til 17. mai-komiteen for de neste to årene.</w:t>
      </w:r>
    </w:p>
    <w:p w14:paraId="61C457FA" w14:textId="77777777" w:rsidR="000807AF" w:rsidRPr="00FF3EF3" w:rsidRDefault="00000000">
      <w:pPr>
        <w:pStyle w:val="Overskrift1"/>
        <w:rPr>
          <w:lang w:val="nb-NO"/>
        </w:rPr>
      </w:pPr>
      <w:r w:rsidRPr="00FF3EF3">
        <w:rPr>
          <w:color w:val="1F3864"/>
          <w:lang w:val="nb-NO"/>
        </w:rPr>
        <w:t>3. Gjøremålsliste for året</w:t>
      </w:r>
    </w:p>
    <w:p w14:paraId="44700C8E" w14:textId="77777777" w:rsidR="000807AF" w:rsidRPr="00FF3EF3" w:rsidRDefault="00000000">
      <w:pPr>
        <w:rPr>
          <w:lang w:val="nb-NO"/>
        </w:rPr>
      </w:pPr>
      <w:r w:rsidRPr="00FF3EF3">
        <w:rPr>
          <w:lang w:val="nb-NO"/>
        </w:rPr>
        <w:t>Lag en liste med alle gjøremål gjennom året – FN-kafé, julekos, 17. mai og lignende – fordel på hver elev og distribuer den tidlig om høsten. Da vet folk i god tid hva de skal bidra med, og kan bytte innbyrdes ved behov.</w:t>
      </w:r>
    </w:p>
    <w:p w14:paraId="199E6B4C" w14:textId="77777777" w:rsidR="000807AF" w:rsidRPr="00FF3EF3" w:rsidRDefault="00000000">
      <w:pPr>
        <w:pStyle w:val="Punktliste"/>
        <w:rPr>
          <w:lang w:val="nb-NO"/>
        </w:rPr>
      </w:pPr>
      <w:r w:rsidRPr="00FF3EF3">
        <w:rPr>
          <w:lang w:val="nb-NO"/>
        </w:rPr>
        <w:lastRenderedPageBreak/>
        <w:t>Be om hjelp konkret: «kan du ta med saft?» gir flere ja enn «noen som vil bidra?».</w:t>
      </w:r>
    </w:p>
    <w:p w14:paraId="6D86EF90" w14:textId="77777777" w:rsidR="000807AF" w:rsidRDefault="00000000">
      <w:pPr>
        <w:pStyle w:val="Punktliste"/>
      </w:pPr>
      <w:r w:rsidRPr="00FF3EF3">
        <w:rPr>
          <w:lang w:val="nb-NO"/>
        </w:rPr>
        <w:t xml:space="preserve">Hold terskelen og kostnadene lave, slik at alle familier kan delta. </w:t>
      </w:r>
      <w:proofErr w:type="spellStart"/>
      <w:r>
        <w:t>Inkludering</w:t>
      </w:r>
      <w:proofErr w:type="spellEnd"/>
      <w:r>
        <w:t xml:space="preserve"> </w:t>
      </w:r>
      <w:proofErr w:type="spellStart"/>
      <w:r>
        <w:t>går</w:t>
      </w:r>
      <w:proofErr w:type="spellEnd"/>
      <w:r>
        <w:t xml:space="preserve"> </w:t>
      </w:r>
      <w:proofErr w:type="spellStart"/>
      <w:r>
        <w:t>foran</w:t>
      </w:r>
      <w:proofErr w:type="spellEnd"/>
      <w:r>
        <w:t xml:space="preserve"> </w:t>
      </w:r>
      <w:proofErr w:type="spellStart"/>
      <w:r>
        <w:t>omfang</w:t>
      </w:r>
      <w:proofErr w:type="spellEnd"/>
      <w:r>
        <w:t>.</w:t>
      </w:r>
    </w:p>
    <w:p w14:paraId="6CA166EA" w14:textId="68F2E20C" w:rsidR="000807AF" w:rsidRPr="00FF3EF3" w:rsidRDefault="00000000">
      <w:pPr>
        <w:pStyle w:val="Punktliste"/>
        <w:rPr>
          <w:lang w:val="nb-NO"/>
        </w:rPr>
      </w:pPr>
      <w:r w:rsidRPr="00FF3EF3">
        <w:rPr>
          <w:lang w:val="nb-NO"/>
        </w:rPr>
        <w:t>Inviter alltid hele trinnet, og gjenta invitasjonen et par dager før</w:t>
      </w:r>
      <w:r w:rsidR="00FF3EF3">
        <w:rPr>
          <w:lang w:val="nb-NO"/>
        </w:rPr>
        <w:t xml:space="preserve"> arrangementet</w:t>
      </w:r>
      <w:r w:rsidRPr="00FF3EF3">
        <w:rPr>
          <w:lang w:val="nb-NO"/>
        </w:rPr>
        <w:t>.</w:t>
      </w:r>
    </w:p>
    <w:p w14:paraId="06F605BD" w14:textId="77777777" w:rsidR="000807AF" w:rsidRDefault="00000000">
      <w:pPr>
        <w:pStyle w:val="Overskrift1"/>
      </w:pPr>
      <w:r>
        <w:rPr>
          <w:color w:val="1F3864"/>
        </w:rPr>
        <w:t xml:space="preserve">4. </w:t>
      </w:r>
      <w:proofErr w:type="spellStart"/>
      <w:r>
        <w:rPr>
          <w:color w:val="1F3864"/>
        </w:rPr>
        <w:t>Årshjul</w:t>
      </w:r>
      <w:proofErr w:type="spellEnd"/>
    </w:p>
    <w:tbl>
      <w:tblPr>
        <w:tblStyle w:val="Lystrutenettuthevingsfarge1"/>
        <w:tblW w:w="0" w:type="auto"/>
        <w:tblLook w:val="04A0" w:firstRow="1" w:lastRow="0" w:firstColumn="1" w:lastColumn="0" w:noHBand="0" w:noVBand="1"/>
      </w:tblPr>
      <w:tblGrid>
        <w:gridCol w:w="4309"/>
        <w:gridCol w:w="4311"/>
      </w:tblGrid>
      <w:tr w:rsidR="000807AF" w14:paraId="0FCBEC9C" w14:textId="77777777" w:rsidTr="000807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746D856" w14:textId="77777777" w:rsidR="000807AF" w:rsidRDefault="00000000">
            <w:proofErr w:type="spellStart"/>
            <w:r>
              <w:t>Når</w:t>
            </w:r>
            <w:proofErr w:type="spellEnd"/>
          </w:p>
        </w:tc>
        <w:tc>
          <w:tcPr>
            <w:tcW w:w="4320" w:type="dxa"/>
          </w:tcPr>
          <w:p w14:paraId="63E62951" w14:textId="77777777" w:rsidR="000807AF" w:rsidRDefault="00000000">
            <w:pPr>
              <w:cnfStyle w:val="100000000000" w:firstRow="1" w:lastRow="0" w:firstColumn="0" w:lastColumn="0" w:oddVBand="0" w:evenVBand="0" w:oddHBand="0" w:evenHBand="0" w:firstRowFirstColumn="0" w:firstRowLastColumn="0" w:lastRowFirstColumn="0" w:lastRowLastColumn="0"/>
            </w:pPr>
            <w:proofErr w:type="spellStart"/>
            <w:r>
              <w:t>Hva</w:t>
            </w:r>
            <w:proofErr w:type="spellEnd"/>
          </w:p>
        </w:tc>
      </w:tr>
      <w:tr w:rsidR="000807AF" w14:paraId="631D02E9" w14:textId="77777777" w:rsidTr="000807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D40CA88" w14:textId="77777777" w:rsidR="000807AF" w:rsidRDefault="00000000">
            <w:r>
              <w:t xml:space="preserve">August / </w:t>
            </w:r>
            <w:proofErr w:type="spellStart"/>
            <w:r>
              <w:t>september</w:t>
            </w:r>
            <w:proofErr w:type="spellEnd"/>
          </w:p>
        </w:tc>
        <w:tc>
          <w:tcPr>
            <w:tcW w:w="4320" w:type="dxa"/>
          </w:tcPr>
          <w:p w14:paraId="59A67D2D" w14:textId="77777777" w:rsidR="000807AF" w:rsidRDefault="00000000">
            <w:pPr>
              <w:cnfStyle w:val="000000100000" w:firstRow="0" w:lastRow="0" w:firstColumn="0" w:lastColumn="0" w:oddVBand="0" w:evenVBand="0" w:oddHBand="1" w:evenHBand="0" w:firstRowFirstColumn="0" w:firstRowLastColumn="0" w:lastRowFirstColumn="0" w:lastRowLastColumn="0"/>
            </w:pPr>
            <w:r w:rsidRPr="00FF3EF3">
              <w:rPr>
                <w:lang w:val="nb-NO"/>
              </w:rPr>
              <w:t xml:space="preserve">Møte med lærerne før foreldremøtet. Foreldremøte med valg og avklaringer (punkt 2). </w:t>
            </w:r>
            <w:proofErr w:type="spellStart"/>
            <w:r>
              <w:t>Gjøremålsliste</w:t>
            </w:r>
            <w:proofErr w:type="spellEnd"/>
            <w:r>
              <w:t xml:space="preserve"> </w:t>
            </w:r>
            <w:proofErr w:type="spellStart"/>
            <w:r>
              <w:t>ut</w:t>
            </w:r>
            <w:proofErr w:type="spellEnd"/>
            <w:r>
              <w:t xml:space="preserve"> </w:t>
            </w:r>
            <w:proofErr w:type="spellStart"/>
            <w:r>
              <w:t>til</w:t>
            </w:r>
            <w:proofErr w:type="spellEnd"/>
            <w:r>
              <w:t xml:space="preserve"> alle. </w:t>
            </w:r>
            <w:proofErr w:type="spellStart"/>
            <w:r>
              <w:t>Bli</w:t>
            </w:r>
            <w:proofErr w:type="spellEnd"/>
            <w:r>
              <w:t>-</w:t>
            </w:r>
            <w:proofErr w:type="spellStart"/>
            <w:r>
              <w:t>kjent</w:t>
            </w:r>
            <w:proofErr w:type="spellEnd"/>
            <w:r>
              <w:t>-arrangement.</w:t>
            </w:r>
          </w:p>
        </w:tc>
      </w:tr>
      <w:tr w:rsidR="000807AF" w:rsidRPr="00A837BE" w14:paraId="7516F633" w14:textId="77777777" w:rsidTr="000807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B057D22" w14:textId="77777777" w:rsidR="000807AF" w:rsidRDefault="00000000">
            <w:r>
              <w:t>Oktober</w:t>
            </w:r>
          </w:p>
        </w:tc>
        <w:tc>
          <w:tcPr>
            <w:tcW w:w="4320" w:type="dxa"/>
          </w:tcPr>
          <w:p w14:paraId="6DDF3F7A" w14:textId="77777777" w:rsidR="000807AF" w:rsidRDefault="00000000">
            <w:pPr>
              <w:cnfStyle w:val="000000010000" w:firstRow="0" w:lastRow="0" w:firstColumn="0" w:lastColumn="0" w:oddVBand="0" w:evenVBand="0" w:oddHBand="0" w:evenHBand="1" w:firstRowFirstColumn="0" w:firstRowLastColumn="0" w:lastRowFirstColumn="0" w:lastRowLastColumn="0"/>
              <w:rPr>
                <w:lang w:val="nb-NO"/>
              </w:rPr>
            </w:pPr>
            <w:r w:rsidRPr="00FF3EF3">
              <w:rPr>
                <w:lang w:val="nb-NO"/>
              </w:rPr>
              <w:t xml:space="preserve">FN-marsj og FN-kafé. </w:t>
            </w:r>
            <w:r w:rsidR="000042B3" w:rsidRPr="000042B3">
              <w:rPr>
                <w:lang w:val="nb-NO"/>
              </w:rPr>
              <w:t>9. trinn har ansvar for kafeen. Kl</w:t>
            </w:r>
            <w:r w:rsidR="000042B3">
              <w:rPr>
                <w:lang w:val="nb-NO"/>
              </w:rPr>
              <w:t>assene stiller med kake,</w:t>
            </w:r>
            <w:r w:rsidRPr="000042B3">
              <w:rPr>
                <w:lang w:val="nb-NO"/>
              </w:rPr>
              <w:t xml:space="preserve"> bakst,</w:t>
            </w:r>
            <w:r w:rsidR="000042B3">
              <w:rPr>
                <w:lang w:val="nb-NO"/>
              </w:rPr>
              <w:t xml:space="preserve"> kaffe og saft etter liste som FAU komme med</w:t>
            </w:r>
            <w:r w:rsidRPr="000042B3">
              <w:rPr>
                <w:lang w:val="nb-NO"/>
              </w:rPr>
              <w:t xml:space="preserve">. </w:t>
            </w:r>
          </w:p>
          <w:p w14:paraId="4C9E6F0C" w14:textId="289314BF" w:rsidR="00A837BE" w:rsidRPr="000042B3" w:rsidRDefault="00A837BE">
            <w:pPr>
              <w:cnfStyle w:val="000000010000" w:firstRow="0" w:lastRow="0" w:firstColumn="0" w:lastColumn="0" w:oddVBand="0" w:evenVBand="0" w:oddHBand="0" w:evenHBand="1" w:firstRowFirstColumn="0" w:firstRowLastColumn="0" w:lastRowFirstColumn="0" w:lastRowLastColumn="0"/>
              <w:rPr>
                <w:lang w:val="nb-NO"/>
              </w:rPr>
            </w:pPr>
            <w:r w:rsidRPr="00A837BE">
              <w:rPr>
                <w:lang w:val="nb-NO"/>
              </w:rPr>
              <w:t>6. og 7. trinn: oppstartsmøte om 17. mai med 17. mai-komiteen</w:t>
            </w:r>
          </w:p>
        </w:tc>
      </w:tr>
      <w:tr w:rsidR="000807AF" w:rsidRPr="00A837BE" w14:paraId="5772293A" w14:textId="77777777" w:rsidTr="000807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CEFF060" w14:textId="77777777" w:rsidR="000807AF" w:rsidRDefault="00000000">
            <w:r>
              <w:t xml:space="preserve">November / </w:t>
            </w:r>
            <w:proofErr w:type="spellStart"/>
            <w:r>
              <w:t>desember</w:t>
            </w:r>
            <w:proofErr w:type="spellEnd"/>
          </w:p>
        </w:tc>
        <w:tc>
          <w:tcPr>
            <w:tcW w:w="4320" w:type="dxa"/>
          </w:tcPr>
          <w:p w14:paraId="6BE55170" w14:textId="77777777" w:rsidR="000807AF" w:rsidRPr="00FF3EF3" w:rsidRDefault="00000000">
            <w:pPr>
              <w:cnfStyle w:val="000000100000" w:firstRow="0" w:lastRow="0" w:firstColumn="0" w:lastColumn="0" w:oddVBand="0" w:evenVBand="0" w:oddHBand="1" w:evenHBand="0" w:firstRowFirstColumn="0" w:firstRowLastColumn="0" w:lastRowFirstColumn="0" w:lastRowLastColumn="0"/>
              <w:rPr>
                <w:lang w:val="nb-NO"/>
              </w:rPr>
            </w:pPr>
            <w:r w:rsidRPr="00FF3EF3">
              <w:rPr>
                <w:lang w:val="nb-NO"/>
              </w:rPr>
              <w:t>Juleball for ungdomstrinnet. Julegrøt eller juleavslutning – to pakker grøt holder erfaringsmessig til en klasse.</w:t>
            </w:r>
          </w:p>
        </w:tc>
      </w:tr>
      <w:tr w:rsidR="000807AF" w:rsidRPr="00A837BE" w14:paraId="0151373A" w14:textId="77777777" w:rsidTr="000807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D2B7CE3" w14:textId="77777777" w:rsidR="000807AF" w:rsidRDefault="00000000">
            <w:proofErr w:type="spellStart"/>
            <w:r>
              <w:t>Februar</w:t>
            </w:r>
            <w:proofErr w:type="spellEnd"/>
            <w:r>
              <w:t xml:space="preserve"> / mars</w:t>
            </w:r>
          </w:p>
        </w:tc>
        <w:tc>
          <w:tcPr>
            <w:tcW w:w="4320" w:type="dxa"/>
          </w:tcPr>
          <w:p w14:paraId="7862CCA1" w14:textId="77777777" w:rsidR="000807AF" w:rsidRPr="00A837BE" w:rsidRDefault="00000000">
            <w:pPr>
              <w:cnfStyle w:val="000000010000" w:firstRow="0" w:lastRow="0" w:firstColumn="0" w:lastColumn="0" w:oddVBand="0" w:evenVBand="0" w:oddHBand="0" w:evenHBand="1" w:firstRowFirstColumn="0" w:firstRowLastColumn="0" w:lastRowFirstColumn="0" w:lastRowLastColumn="0"/>
              <w:rPr>
                <w:lang w:val="nb-NO"/>
              </w:rPr>
            </w:pPr>
            <w:r w:rsidRPr="00A837BE">
              <w:rPr>
                <w:lang w:val="nb-NO"/>
              </w:rPr>
              <w:t xml:space="preserve">Sosialt arrangement i vårhalvåret. Eventuell </w:t>
            </w:r>
            <w:proofErr w:type="spellStart"/>
            <w:r w:rsidRPr="00A837BE">
              <w:rPr>
                <w:lang w:val="nb-NO"/>
              </w:rPr>
              <w:t>lesevake</w:t>
            </w:r>
            <w:proofErr w:type="spellEnd"/>
            <w:r w:rsidRPr="00A837BE">
              <w:rPr>
                <w:lang w:val="nb-NO"/>
              </w:rPr>
              <w:t>. Ta opp mobil, spill og nettvett på nytt ved behov.</w:t>
            </w:r>
          </w:p>
        </w:tc>
      </w:tr>
      <w:tr w:rsidR="000807AF" w:rsidRPr="00A837BE" w14:paraId="11DAB38B" w14:textId="77777777" w:rsidTr="000807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3C04D91" w14:textId="77777777" w:rsidR="000807AF" w:rsidRDefault="00000000">
            <w:r>
              <w:t xml:space="preserve">April / </w:t>
            </w:r>
            <w:proofErr w:type="spellStart"/>
            <w:r>
              <w:t>mai</w:t>
            </w:r>
            <w:proofErr w:type="spellEnd"/>
          </w:p>
        </w:tc>
        <w:tc>
          <w:tcPr>
            <w:tcW w:w="4320" w:type="dxa"/>
          </w:tcPr>
          <w:p w14:paraId="236C6E93" w14:textId="77777777" w:rsidR="000807AF" w:rsidRPr="00FF3EF3" w:rsidRDefault="00000000">
            <w:pPr>
              <w:cnfStyle w:val="000000100000" w:firstRow="0" w:lastRow="0" w:firstColumn="0" w:lastColumn="0" w:oddVBand="0" w:evenVBand="0" w:oddHBand="1" w:evenHBand="0" w:firstRowFirstColumn="0" w:firstRowLastColumn="0" w:lastRowFirstColumn="0" w:lastRowLastColumn="0"/>
              <w:rPr>
                <w:lang w:val="nb-NO"/>
              </w:rPr>
            </w:pPr>
            <w:r w:rsidRPr="00FF3EF3">
              <w:rPr>
                <w:lang w:val="nb-NO"/>
              </w:rPr>
              <w:t>17. mai (se punkt 5). Meld fra til FAU om hvem som stiller som foreldrekontakt og FAU-representant neste år.</w:t>
            </w:r>
          </w:p>
        </w:tc>
      </w:tr>
      <w:tr w:rsidR="000807AF" w:rsidRPr="00A837BE" w14:paraId="142A9732" w14:textId="77777777" w:rsidTr="000807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E2684D3" w14:textId="77777777" w:rsidR="000807AF" w:rsidRDefault="00000000">
            <w:r>
              <w:t>Juni</w:t>
            </w:r>
          </w:p>
        </w:tc>
        <w:tc>
          <w:tcPr>
            <w:tcW w:w="4320" w:type="dxa"/>
          </w:tcPr>
          <w:p w14:paraId="76C239A6" w14:textId="77777777" w:rsidR="000807AF" w:rsidRPr="00FF3EF3" w:rsidRDefault="00000000">
            <w:pPr>
              <w:cnfStyle w:val="000000010000" w:firstRow="0" w:lastRow="0" w:firstColumn="0" w:lastColumn="0" w:oddVBand="0" w:evenVBand="0" w:oddHBand="0" w:evenHBand="1" w:firstRowFirstColumn="0" w:firstRowLastColumn="0" w:lastRowFirstColumn="0" w:lastRowLastColumn="0"/>
              <w:rPr>
                <w:lang w:val="nb-NO"/>
              </w:rPr>
            </w:pPr>
            <w:r w:rsidRPr="00FF3EF3">
              <w:rPr>
                <w:lang w:val="nb-NO"/>
              </w:rPr>
              <w:t>Sommeravslutning. Overlevering til neste års foreldrekontakter (se punkt 8).</w:t>
            </w:r>
          </w:p>
        </w:tc>
      </w:tr>
    </w:tbl>
    <w:p w14:paraId="40F71B07" w14:textId="77777777" w:rsidR="000807AF" w:rsidRPr="00FF3EF3" w:rsidRDefault="000807AF">
      <w:pPr>
        <w:rPr>
          <w:lang w:val="nb-NO"/>
        </w:rPr>
      </w:pPr>
    </w:p>
    <w:p w14:paraId="62D4A86B" w14:textId="77777777" w:rsidR="000807AF" w:rsidRDefault="00000000">
      <w:pPr>
        <w:pStyle w:val="Overskrift1"/>
      </w:pPr>
      <w:r>
        <w:rPr>
          <w:color w:val="1F3864"/>
        </w:rPr>
        <w:t xml:space="preserve">5. 17. </w:t>
      </w:r>
      <w:proofErr w:type="spellStart"/>
      <w:r>
        <w:rPr>
          <w:color w:val="1F3864"/>
        </w:rPr>
        <w:t>mai</w:t>
      </w:r>
      <w:proofErr w:type="spellEnd"/>
    </w:p>
    <w:p w14:paraId="134DF8A6" w14:textId="282DA785" w:rsidR="000807AF" w:rsidRPr="00FF3EF3" w:rsidRDefault="00C93463">
      <w:pPr>
        <w:pStyle w:val="Punktliste"/>
        <w:rPr>
          <w:lang w:val="nb-NO"/>
        </w:rPr>
      </w:pPr>
      <w:r w:rsidRPr="00C93463">
        <w:rPr>
          <w:lang w:val="nb-NO"/>
        </w:rPr>
        <w:t>Kl</w:t>
      </w:r>
      <w:r>
        <w:rPr>
          <w:lang w:val="nb-NO"/>
        </w:rPr>
        <w:t>asse</w:t>
      </w:r>
      <w:r w:rsidRPr="00FF3EF3">
        <w:rPr>
          <w:lang w:val="nb-NO"/>
        </w:rPr>
        <w:t>kontaktene har ansvar for å holde sang og heiarop i gang i toget, og for å passe på at det byttes på hvem som bærer fanen.</w:t>
      </w:r>
    </w:p>
    <w:p w14:paraId="3148C1BC" w14:textId="086D7ADE" w:rsidR="000807AF" w:rsidRDefault="00000000">
      <w:pPr>
        <w:pStyle w:val="Punktliste"/>
      </w:pPr>
      <w:r w:rsidRPr="00FF3EF3">
        <w:rPr>
          <w:lang w:val="nb-NO"/>
        </w:rPr>
        <w:t xml:space="preserve">Lærerne setter opp marsjeringsrekkefølgen og øver på sanger og heiarop med elevene. </w:t>
      </w:r>
      <w:proofErr w:type="spellStart"/>
      <w:r w:rsidR="00C93463">
        <w:t>Klasse</w:t>
      </w:r>
      <w:r>
        <w:t>kontaktene</w:t>
      </w:r>
      <w:proofErr w:type="spellEnd"/>
      <w:r>
        <w:t xml:space="preserve"> </w:t>
      </w:r>
      <w:proofErr w:type="spellStart"/>
      <w:r>
        <w:t>skal</w:t>
      </w:r>
      <w:proofErr w:type="spellEnd"/>
      <w:r>
        <w:t xml:space="preserve"> </w:t>
      </w:r>
      <w:proofErr w:type="spellStart"/>
      <w:r>
        <w:t>få</w:t>
      </w:r>
      <w:proofErr w:type="spellEnd"/>
      <w:r>
        <w:t xml:space="preserve"> kopi av </w:t>
      </w:r>
      <w:proofErr w:type="spellStart"/>
      <w:r>
        <w:t>dette</w:t>
      </w:r>
      <w:proofErr w:type="spellEnd"/>
      <w:r>
        <w:t>.</w:t>
      </w:r>
    </w:p>
    <w:p w14:paraId="4F3D236F" w14:textId="77777777" w:rsidR="000807AF" w:rsidRPr="00FF3EF3" w:rsidRDefault="00000000">
      <w:pPr>
        <w:pStyle w:val="Punktliste"/>
        <w:rPr>
          <w:lang w:val="nb-NO"/>
        </w:rPr>
      </w:pPr>
      <w:r w:rsidRPr="00FF3EF3">
        <w:rPr>
          <w:lang w:val="nb-NO"/>
        </w:rPr>
        <w:t>Avtal på forhånd hvem som henter fanen og hvem som setter den på plass etterpå.</w:t>
      </w:r>
    </w:p>
    <w:p w14:paraId="778546DE" w14:textId="77777777" w:rsidR="000807AF" w:rsidRDefault="00000000">
      <w:pPr>
        <w:pStyle w:val="Punktliste"/>
      </w:pPr>
      <w:r w:rsidRPr="00FF3EF3">
        <w:rPr>
          <w:lang w:val="nb-NO"/>
        </w:rPr>
        <w:t xml:space="preserve">Avtal rekkefølgen på sangene – det kan være vanskelig for de bakerst å høre hva de foran synger. </w:t>
      </w:r>
      <w:r>
        <w:t xml:space="preserve">Syng </w:t>
      </w:r>
      <w:proofErr w:type="spellStart"/>
      <w:r>
        <w:t>høyt</w:t>
      </w:r>
      <w:proofErr w:type="spellEnd"/>
      <w:r>
        <w:t>!</w:t>
      </w:r>
    </w:p>
    <w:p w14:paraId="4EFCA1EB" w14:textId="77777777" w:rsidR="000807AF" w:rsidRPr="00FF3EF3" w:rsidRDefault="00000000">
      <w:pPr>
        <w:pStyle w:val="Punktliste"/>
        <w:rPr>
          <w:lang w:val="nb-NO"/>
        </w:rPr>
      </w:pPr>
      <w:r w:rsidRPr="00FF3EF3">
        <w:rPr>
          <w:lang w:val="nn-NO"/>
        </w:rPr>
        <w:t xml:space="preserve">Kaker og bakst: alle trinn </w:t>
      </w:r>
      <w:proofErr w:type="spellStart"/>
      <w:r w:rsidRPr="00FF3EF3">
        <w:rPr>
          <w:lang w:val="nn-NO"/>
        </w:rPr>
        <w:t>utenom</w:t>
      </w:r>
      <w:proofErr w:type="spellEnd"/>
      <w:r w:rsidRPr="00FF3EF3">
        <w:rPr>
          <w:lang w:val="nn-NO"/>
        </w:rPr>
        <w:t xml:space="preserve"> 6. og 7. bidrar etter FAU sitt skriv. </w:t>
      </w:r>
      <w:r w:rsidRPr="00FF3EF3">
        <w:rPr>
          <w:lang w:val="nb-NO"/>
        </w:rPr>
        <w:t>6. trinn har kafeen, 7. trinn har lekene, og disse to trinnene bidrar ikke med kaker til kiosken.</w:t>
      </w:r>
    </w:p>
    <w:p w14:paraId="4CDC842B" w14:textId="77777777" w:rsidR="000807AF" w:rsidRPr="00FF3EF3" w:rsidRDefault="00000000">
      <w:pPr>
        <w:pStyle w:val="Overskrift1"/>
        <w:rPr>
          <w:lang w:val="nb-NO"/>
        </w:rPr>
      </w:pPr>
      <w:r w:rsidRPr="00FF3EF3">
        <w:rPr>
          <w:color w:val="1F3864"/>
          <w:lang w:val="nb-NO"/>
        </w:rPr>
        <w:lastRenderedPageBreak/>
        <w:t>6. Mobil, spill og nettvett</w:t>
      </w:r>
    </w:p>
    <w:p w14:paraId="42C7509E" w14:textId="47673F18" w:rsidR="000807AF" w:rsidRPr="00FF3EF3" w:rsidRDefault="00000000">
      <w:pPr>
        <w:rPr>
          <w:lang w:val="nb-NO"/>
        </w:rPr>
      </w:pPr>
      <w:r w:rsidRPr="00FF3EF3">
        <w:rPr>
          <w:lang w:val="nb-NO"/>
        </w:rPr>
        <w:t>Orstad sk</w:t>
      </w:r>
      <w:r w:rsidR="00C93463">
        <w:rPr>
          <w:lang w:val="nb-NO"/>
        </w:rPr>
        <w:t>o</w:t>
      </w:r>
      <w:r w:rsidRPr="00FF3EF3">
        <w:rPr>
          <w:lang w:val="nb-NO"/>
        </w:rPr>
        <w:t>le er mobilfri skole, og FAU støtter dette. Ta opp mobilbruk, sosiale medier og aldersgrenser på spill som eget punkt på foreldremøtet hvert år, slik at trinnet kan bli enige om felles kjøreregler. Det er lettere å holde på en grense når flere familier står sammen om den.</w:t>
      </w:r>
    </w:p>
    <w:p w14:paraId="736CA5EC" w14:textId="77777777" w:rsidR="000807AF" w:rsidRPr="00A837BE" w:rsidRDefault="00000000">
      <w:pPr>
        <w:rPr>
          <w:lang w:val="nb-NO"/>
        </w:rPr>
      </w:pPr>
      <w:r w:rsidRPr="00A837BE">
        <w:rPr>
          <w:lang w:val="nb-NO"/>
        </w:rPr>
        <w:t>Nyttige ressurser å vise til: Barnevakten, Nettvett.no og Medietilsynet.</w:t>
      </w:r>
    </w:p>
    <w:p w14:paraId="2A26377C" w14:textId="77777777" w:rsidR="000807AF" w:rsidRDefault="00000000">
      <w:pPr>
        <w:pStyle w:val="Overskrift1"/>
      </w:pPr>
      <w:r>
        <w:rPr>
          <w:color w:val="1F3864"/>
        </w:rPr>
        <w:t xml:space="preserve">7. </w:t>
      </w:r>
      <w:proofErr w:type="spellStart"/>
      <w:r>
        <w:rPr>
          <w:color w:val="1F3864"/>
        </w:rPr>
        <w:t>Økonomi</w:t>
      </w:r>
      <w:proofErr w:type="spellEnd"/>
      <w:r>
        <w:rPr>
          <w:color w:val="1F3864"/>
        </w:rPr>
        <w:t xml:space="preserve">, </w:t>
      </w:r>
      <w:proofErr w:type="spellStart"/>
      <w:r>
        <w:rPr>
          <w:color w:val="1F3864"/>
        </w:rPr>
        <w:t>kommunikasjon</w:t>
      </w:r>
      <w:proofErr w:type="spellEnd"/>
      <w:r>
        <w:rPr>
          <w:color w:val="1F3864"/>
        </w:rPr>
        <w:t xml:space="preserve"> </w:t>
      </w:r>
      <w:proofErr w:type="spellStart"/>
      <w:r>
        <w:rPr>
          <w:color w:val="1F3864"/>
        </w:rPr>
        <w:t>og</w:t>
      </w:r>
      <w:proofErr w:type="spellEnd"/>
      <w:r>
        <w:rPr>
          <w:color w:val="1F3864"/>
        </w:rPr>
        <w:t xml:space="preserve"> </w:t>
      </w:r>
      <w:proofErr w:type="spellStart"/>
      <w:r>
        <w:rPr>
          <w:color w:val="1F3864"/>
        </w:rPr>
        <w:t>personvern</w:t>
      </w:r>
      <w:proofErr w:type="spellEnd"/>
    </w:p>
    <w:p w14:paraId="172B677E" w14:textId="77777777" w:rsidR="000807AF" w:rsidRPr="00A837BE" w:rsidRDefault="00000000">
      <w:pPr>
        <w:pStyle w:val="Punktliste"/>
        <w:rPr>
          <w:lang w:val="nb-NO"/>
        </w:rPr>
      </w:pPr>
      <w:r w:rsidRPr="00A837BE">
        <w:rPr>
          <w:lang w:val="nb-NO"/>
        </w:rPr>
        <w:t>Ta vare på kvitteringer for utlegg og lever «reiseregning» til den som har tilgang til klassekontoen.</w:t>
      </w:r>
    </w:p>
    <w:p w14:paraId="772DFF46" w14:textId="77777777" w:rsidR="000807AF" w:rsidRPr="00A837BE" w:rsidRDefault="00000000">
      <w:pPr>
        <w:pStyle w:val="Punktliste"/>
        <w:rPr>
          <w:lang w:val="nb-NO"/>
        </w:rPr>
      </w:pPr>
      <w:r w:rsidRPr="00A837BE">
        <w:rPr>
          <w:lang w:val="nb-NO"/>
        </w:rPr>
        <w:t>Hold én kanal for beskjeder til trinnet, og bruk den til praktisk informasjon.</w:t>
      </w:r>
    </w:p>
    <w:p w14:paraId="3AA70A9B" w14:textId="77777777" w:rsidR="000807AF" w:rsidRPr="00FF3EF3" w:rsidRDefault="00000000">
      <w:pPr>
        <w:pStyle w:val="Punktliste"/>
        <w:rPr>
          <w:lang w:val="nb-NO"/>
        </w:rPr>
      </w:pPr>
      <w:r w:rsidRPr="00FF3EF3">
        <w:rPr>
          <w:lang w:val="nb-NO"/>
        </w:rPr>
        <w:t>Bilder av andres barn deles ikke uten samtykke fra foreldrene.</w:t>
      </w:r>
    </w:p>
    <w:p w14:paraId="354E9E9F" w14:textId="617912C6" w:rsidR="000807AF" w:rsidRDefault="00000000">
      <w:pPr>
        <w:pStyle w:val="Punktliste"/>
      </w:pPr>
      <w:r w:rsidRPr="00FF3EF3">
        <w:rPr>
          <w:lang w:val="nb-NO"/>
        </w:rPr>
        <w:t xml:space="preserve">Saker som gjelder enkeltelever tas direkte med kontaktlærer – ikke i foreldregruppen. </w:t>
      </w:r>
      <w:r>
        <w:t xml:space="preserve">Det er </w:t>
      </w:r>
      <w:proofErr w:type="spellStart"/>
      <w:r>
        <w:t>ikke</w:t>
      </w:r>
      <w:proofErr w:type="spellEnd"/>
      <w:r>
        <w:t xml:space="preserve"> </w:t>
      </w:r>
      <w:proofErr w:type="spellStart"/>
      <w:r w:rsidR="00C93463">
        <w:t>klasse</w:t>
      </w:r>
      <w:r>
        <w:t>kontaktens</w:t>
      </w:r>
      <w:proofErr w:type="spellEnd"/>
      <w:r>
        <w:t xml:space="preserve"> </w:t>
      </w:r>
      <w:proofErr w:type="spellStart"/>
      <w:r>
        <w:t>oppgave</w:t>
      </w:r>
      <w:proofErr w:type="spellEnd"/>
      <w:r>
        <w:t xml:space="preserve"> å </w:t>
      </w:r>
      <w:proofErr w:type="spellStart"/>
      <w:r>
        <w:t>håndtere</w:t>
      </w:r>
      <w:proofErr w:type="spellEnd"/>
      <w:r>
        <w:t xml:space="preserve"> </w:t>
      </w:r>
      <w:proofErr w:type="spellStart"/>
      <w:r>
        <w:t>slike</w:t>
      </w:r>
      <w:proofErr w:type="spellEnd"/>
      <w:r>
        <w:t xml:space="preserve"> saker.</w:t>
      </w:r>
    </w:p>
    <w:p w14:paraId="24280A16" w14:textId="77777777" w:rsidR="000807AF" w:rsidRPr="00FF3EF3" w:rsidRDefault="00000000">
      <w:pPr>
        <w:pStyle w:val="Punktliste"/>
        <w:rPr>
          <w:lang w:val="nb-NO"/>
        </w:rPr>
      </w:pPr>
      <w:r w:rsidRPr="00FF3EF3">
        <w:rPr>
          <w:lang w:val="nb-NO"/>
        </w:rPr>
        <w:t>Saker som gjelder trinnet som helhet kan løftes til FAU via trinnets FAU-representant.</w:t>
      </w:r>
    </w:p>
    <w:p w14:paraId="2F17BD0B" w14:textId="77777777" w:rsidR="000807AF" w:rsidRPr="00FF3EF3" w:rsidRDefault="00000000">
      <w:pPr>
        <w:pStyle w:val="Overskrift1"/>
        <w:rPr>
          <w:lang w:val="nb-NO"/>
        </w:rPr>
      </w:pPr>
      <w:r w:rsidRPr="00FF3EF3">
        <w:rPr>
          <w:color w:val="1F3864"/>
          <w:lang w:val="nb-NO"/>
        </w:rPr>
        <w:t>8. Overlevering</w:t>
      </w:r>
    </w:p>
    <w:p w14:paraId="3CBC1AAD" w14:textId="77777777" w:rsidR="000807AF" w:rsidRPr="00FF3EF3" w:rsidRDefault="00000000">
      <w:pPr>
        <w:rPr>
          <w:lang w:val="nb-NO"/>
        </w:rPr>
      </w:pPr>
      <w:r w:rsidRPr="00FF3EF3">
        <w:rPr>
          <w:lang w:val="nb-NO"/>
        </w:rPr>
        <w:t>Send denne listen videre til neste års foreldrekontakter – gjerne med nye tips tilført – sammen med gjøremålslisten og andre skriv som er laget eller sendt ut i løpet av året.</w:t>
      </w:r>
    </w:p>
    <w:p w14:paraId="02A55B3A" w14:textId="7CD2208D" w:rsidR="000807AF" w:rsidRPr="00FF3EF3" w:rsidRDefault="000807AF" w:rsidP="00C93463">
      <w:pPr>
        <w:pStyle w:val="Punktliste"/>
        <w:numPr>
          <w:ilvl w:val="0"/>
          <w:numId w:val="0"/>
        </w:numPr>
        <w:rPr>
          <w:lang w:val="nb-NO"/>
        </w:rPr>
      </w:pPr>
    </w:p>
    <w:sectPr w:rsidR="000807AF" w:rsidRPr="00FF3EF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522940249">
    <w:abstractNumId w:val="8"/>
  </w:num>
  <w:num w:numId="2" w16cid:durableId="1532182574">
    <w:abstractNumId w:val="6"/>
  </w:num>
  <w:num w:numId="3" w16cid:durableId="975644071">
    <w:abstractNumId w:val="5"/>
  </w:num>
  <w:num w:numId="4" w16cid:durableId="986203502">
    <w:abstractNumId w:val="4"/>
  </w:num>
  <w:num w:numId="5" w16cid:durableId="93478762">
    <w:abstractNumId w:val="7"/>
  </w:num>
  <w:num w:numId="6" w16cid:durableId="745490513">
    <w:abstractNumId w:val="3"/>
  </w:num>
  <w:num w:numId="7" w16cid:durableId="1327250974">
    <w:abstractNumId w:val="2"/>
  </w:num>
  <w:num w:numId="8" w16cid:durableId="1698962465">
    <w:abstractNumId w:val="1"/>
  </w:num>
  <w:num w:numId="9" w16cid:durableId="2128890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2B3"/>
    <w:rsid w:val="00034616"/>
    <w:rsid w:val="00045AAE"/>
    <w:rsid w:val="0006063C"/>
    <w:rsid w:val="000807AF"/>
    <w:rsid w:val="0015074B"/>
    <w:rsid w:val="0017401F"/>
    <w:rsid w:val="0029639D"/>
    <w:rsid w:val="00326F90"/>
    <w:rsid w:val="00470244"/>
    <w:rsid w:val="00952691"/>
    <w:rsid w:val="00A837BE"/>
    <w:rsid w:val="00A83FB7"/>
    <w:rsid w:val="00AA1D8D"/>
    <w:rsid w:val="00AD3AA9"/>
    <w:rsid w:val="00B47730"/>
    <w:rsid w:val="00BD7856"/>
    <w:rsid w:val="00C272AA"/>
    <w:rsid w:val="00C93463"/>
    <w:rsid w:val="00CB0664"/>
    <w:rsid w:val="00E05078"/>
    <w:rsid w:val="00E25175"/>
    <w:rsid w:val="00FC693F"/>
    <w:rsid w:val="00FF3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1BBEE3"/>
  <w14:defaultImageDpi w14:val="300"/>
  <w15:docId w15:val="{80234EB0-4C01-47F7-B8FA-F90148B25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4123</Characters>
  <Application>Microsoft Office Word</Application>
  <DocSecurity>0</DocSecurity>
  <Lines>34</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Randi Harveland</cp:lastModifiedBy>
  <cp:revision>2</cp:revision>
  <dcterms:created xsi:type="dcterms:W3CDTF">2026-09-21T07:44:00Z</dcterms:created>
  <dcterms:modified xsi:type="dcterms:W3CDTF">2026-09-21T07:44:00Z</dcterms:modified>
  <cp:category/>
</cp:coreProperties>
</file>